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3F2BB" w14:textId="2ED37C0F" w:rsidR="00E64CF8" w:rsidRDefault="00AB7F82" w:rsidP="00AB7F82">
      <w:pPr>
        <w:jc w:val="center"/>
        <w:rPr>
          <w:noProof/>
          <w:sz w:val="22"/>
        </w:rPr>
      </w:pPr>
      <w:r w:rsidRPr="00AB7F82">
        <w:rPr>
          <w:rFonts w:ascii="Arial Black" w:hAnsi="Arial Black"/>
          <w:b/>
          <w:sz w:val="40"/>
          <w:szCs w:val="24"/>
        </w:rPr>
        <w:t xml:space="preserve">STAGIAIRE COMPTABLE </w:t>
      </w:r>
    </w:p>
    <w:p w14:paraId="45402638" w14:textId="00943152" w:rsidR="00AB7F82" w:rsidRPr="00AB7F82" w:rsidRDefault="00C235B6" w:rsidP="00AB7F82">
      <w:pPr>
        <w:jc w:val="right"/>
        <w:rPr>
          <w:rFonts w:ascii="Arial Black" w:hAnsi="Arial Black"/>
          <w:sz w:val="22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1A6D3E38" wp14:editId="12AB169D">
            <wp:simplePos x="0" y="0"/>
            <wp:positionH relativeFrom="column">
              <wp:posOffset>5426075</wp:posOffset>
            </wp:positionH>
            <wp:positionV relativeFrom="paragraph">
              <wp:posOffset>6985</wp:posOffset>
            </wp:positionV>
            <wp:extent cx="1044000" cy="1688400"/>
            <wp:effectExtent l="0" t="0" r="3810" b="7620"/>
            <wp:wrapTight wrapText="bothSides">
              <wp:wrapPolygon edited="0">
                <wp:start x="0" y="0"/>
                <wp:lineTo x="0" y="21454"/>
                <wp:lineTo x="21285" y="21454"/>
                <wp:lineTo x="21285" y="0"/>
                <wp:lineTo x="0" y="0"/>
              </wp:wrapPolygon>
            </wp:wrapTight>
            <wp:docPr id="116260588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60588" name="Image 11626058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44000" cy="168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A3EC3E" w14:textId="0C06EBE4" w:rsidR="00E64CF8" w:rsidRDefault="00000000" w:rsidP="00C235B6">
      <w:pPr>
        <w:spacing w:after="40"/>
      </w:pPr>
      <w:r>
        <w:rPr>
          <w:b/>
        </w:rPr>
        <w:t xml:space="preserve">Nom : </w:t>
      </w:r>
      <w:r>
        <w:t>COULIBAL</w:t>
      </w:r>
      <w:r w:rsidR="00C235B6">
        <w:t xml:space="preserve">Y                                                                                               </w:t>
      </w:r>
    </w:p>
    <w:p w14:paraId="04AAC731" w14:textId="64CD7674" w:rsidR="00E64CF8" w:rsidRDefault="00000000">
      <w:pPr>
        <w:spacing w:after="40"/>
      </w:pPr>
      <w:r>
        <w:rPr>
          <w:b/>
        </w:rPr>
        <w:t xml:space="preserve">Prénom : </w:t>
      </w:r>
      <w:r>
        <w:t>KOULATIA AÏCHA</w:t>
      </w:r>
    </w:p>
    <w:p w14:paraId="26A84CEA" w14:textId="77777777" w:rsidR="00E64CF8" w:rsidRDefault="00000000">
      <w:pPr>
        <w:spacing w:after="40"/>
      </w:pPr>
      <w:r>
        <w:rPr>
          <w:b/>
        </w:rPr>
        <w:t xml:space="preserve">Date et lieu de naissance : </w:t>
      </w:r>
      <w:r>
        <w:t>04/11/2004 à Abobo</w:t>
      </w:r>
    </w:p>
    <w:p w14:paraId="219B63A2" w14:textId="77777777" w:rsidR="00E64CF8" w:rsidRDefault="00000000">
      <w:pPr>
        <w:spacing w:after="40"/>
      </w:pPr>
      <w:r>
        <w:rPr>
          <w:b/>
        </w:rPr>
        <w:t xml:space="preserve">Situation matrimoniale : </w:t>
      </w:r>
      <w:r>
        <w:t>Célibataire sans enfants</w:t>
      </w:r>
    </w:p>
    <w:p w14:paraId="614A0149" w14:textId="77777777" w:rsidR="00E64CF8" w:rsidRDefault="00000000">
      <w:pPr>
        <w:spacing w:after="40"/>
      </w:pPr>
      <w:r>
        <w:rPr>
          <w:b/>
        </w:rPr>
        <w:t xml:space="preserve">Nationalité : </w:t>
      </w:r>
      <w:r>
        <w:t>Ivoirienne</w:t>
      </w:r>
    </w:p>
    <w:p w14:paraId="6F2039A3" w14:textId="77777777" w:rsidR="00E64CF8" w:rsidRDefault="00000000">
      <w:pPr>
        <w:spacing w:after="40"/>
      </w:pPr>
      <w:r>
        <w:rPr>
          <w:b/>
        </w:rPr>
        <w:t xml:space="preserve">Contact : </w:t>
      </w:r>
      <w:r>
        <w:t>0713226470</w:t>
      </w:r>
    </w:p>
    <w:p w14:paraId="4250268A" w14:textId="77777777" w:rsidR="00E64CF8" w:rsidRDefault="00000000">
      <w:pPr>
        <w:spacing w:after="40"/>
      </w:pPr>
      <w:r>
        <w:rPr>
          <w:b/>
        </w:rPr>
        <w:t xml:space="preserve">Email : </w:t>
      </w:r>
      <w:r>
        <w:t>coulibalykoulatiaaicha@gmail.com</w:t>
      </w:r>
    </w:p>
    <w:p w14:paraId="17E34D95" w14:textId="77777777" w:rsidR="00E64CF8" w:rsidRDefault="00000000">
      <w:pPr>
        <w:spacing w:before="140" w:after="60"/>
      </w:pPr>
      <w:r>
        <w:rPr>
          <w:b/>
          <w:sz w:val="24"/>
        </w:rPr>
        <w:t>Formation</w:t>
      </w:r>
    </w:p>
    <w:p w14:paraId="2C2B7F83" w14:textId="77777777" w:rsidR="00C235B6" w:rsidRDefault="00C235B6">
      <w:pPr>
        <w:spacing w:after="40"/>
        <w:rPr>
          <w:b/>
        </w:rPr>
      </w:pPr>
    </w:p>
    <w:p w14:paraId="0624119E" w14:textId="68C14C3A" w:rsidR="00E64CF8" w:rsidRPr="000D0BA8" w:rsidRDefault="00000000">
      <w:pPr>
        <w:spacing w:after="40"/>
        <w:rPr>
          <w:i/>
          <w:iCs/>
        </w:rPr>
      </w:pPr>
      <w:r>
        <w:rPr>
          <w:b/>
        </w:rPr>
        <w:t>2025-2026</w:t>
      </w:r>
      <w:r w:rsidR="000D0BA8">
        <w:rPr>
          <w:b/>
        </w:rPr>
        <w:t>:</w:t>
      </w:r>
      <w:r>
        <w:rPr>
          <w:b/>
        </w:rPr>
        <w:t xml:space="preserve"> </w:t>
      </w:r>
      <w:r w:rsidR="000D0BA8" w:rsidRPr="000D0BA8">
        <w:t>admissible au BTS</w:t>
      </w:r>
      <w:r w:rsidR="00E05188">
        <w:t xml:space="preserve"> en</w:t>
      </w:r>
      <w:r w:rsidR="000D0BA8" w:rsidRPr="000D0BA8">
        <w:t xml:space="preserve"> </w:t>
      </w:r>
      <w:r w:rsidR="000D0BA8">
        <w:t xml:space="preserve">finance </w:t>
      </w:r>
      <w:r w:rsidR="000D0BA8" w:rsidRPr="000D0BA8">
        <w:t>comptabilité et gestion d’entreprise</w:t>
      </w:r>
      <w:r w:rsidR="000D0BA8">
        <w:rPr>
          <w:i/>
          <w:iCs/>
        </w:rPr>
        <w:t xml:space="preserve"> </w:t>
      </w:r>
    </w:p>
    <w:p w14:paraId="30C48EA0" w14:textId="77777777" w:rsidR="00E64CF8" w:rsidRDefault="00000000">
      <w:pPr>
        <w:spacing w:after="40"/>
      </w:pPr>
      <w:r>
        <w:t>ECOLE PRATIQUE DE LA CHAMBRE DE COMMERCE ET D’INDUSTRIE DE COTE D’IVOIRE</w:t>
      </w:r>
    </w:p>
    <w:p w14:paraId="7FA05AC0" w14:textId="77777777" w:rsidR="00E64CF8" w:rsidRDefault="00000000">
      <w:pPr>
        <w:spacing w:after="40"/>
      </w:pPr>
      <w:r>
        <w:t>(EPCCI)</w:t>
      </w:r>
    </w:p>
    <w:p w14:paraId="45C674A8" w14:textId="77777777" w:rsidR="00E64CF8" w:rsidRDefault="00000000">
      <w:pPr>
        <w:spacing w:after="40"/>
      </w:pPr>
      <w:r>
        <w:rPr>
          <w:b/>
        </w:rPr>
        <w:t xml:space="preserve">2022-2023 </w:t>
      </w:r>
      <w:r>
        <w:t>Baccalauréat Série D au Collège Djessou Abobo PK 18</w:t>
      </w:r>
    </w:p>
    <w:p w14:paraId="54383214" w14:textId="77777777" w:rsidR="00C235B6" w:rsidRDefault="00C235B6">
      <w:pPr>
        <w:spacing w:before="140" w:after="60"/>
        <w:rPr>
          <w:b/>
          <w:sz w:val="24"/>
        </w:rPr>
      </w:pPr>
    </w:p>
    <w:p w14:paraId="69762313" w14:textId="1BC79F55" w:rsidR="00E64CF8" w:rsidRDefault="00000000">
      <w:pPr>
        <w:spacing w:before="140" w:after="60"/>
      </w:pPr>
      <w:r>
        <w:rPr>
          <w:b/>
          <w:sz w:val="24"/>
        </w:rPr>
        <w:t>COMPETENCES</w:t>
      </w:r>
    </w:p>
    <w:p w14:paraId="742C8C21" w14:textId="56D422CC" w:rsidR="00E64CF8" w:rsidRDefault="00000000">
      <w:pPr>
        <w:spacing w:after="40"/>
        <w:ind w:left="227"/>
      </w:pPr>
      <w:r>
        <w:t xml:space="preserve">➢ </w:t>
      </w:r>
      <w:r w:rsidR="009262C4">
        <w:t xml:space="preserve">Gestion de la paie </w:t>
      </w:r>
    </w:p>
    <w:p w14:paraId="6C08D455" w14:textId="77777777" w:rsidR="00E64CF8" w:rsidRDefault="00000000">
      <w:pPr>
        <w:spacing w:after="40"/>
        <w:ind w:left="227"/>
      </w:pPr>
      <w:r>
        <w:t>➢ Enregistrement des Facture</w:t>
      </w:r>
    </w:p>
    <w:p w14:paraId="29C6B4F2" w14:textId="3BF5EE8D" w:rsidR="00E64CF8" w:rsidRDefault="00000000">
      <w:pPr>
        <w:spacing w:after="40"/>
        <w:ind w:left="227"/>
      </w:pPr>
      <w:r>
        <w:t>➢ Calcul de l</w:t>
      </w:r>
      <w:r w:rsidR="00C235B6">
        <w:t>a</w:t>
      </w:r>
      <w:r>
        <w:t xml:space="preserve"> TVA</w:t>
      </w:r>
    </w:p>
    <w:p w14:paraId="3917062F" w14:textId="77777777" w:rsidR="00C235B6" w:rsidRDefault="00C235B6">
      <w:pPr>
        <w:spacing w:before="140" w:after="60"/>
        <w:rPr>
          <w:b/>
          <w:sz w:val="24"/>
        </w:rPr>
      </w:pPr>
    </w:p>
    <w:p w14:paraId="47186954" w14:textId="0AE61DEF" w:rsidR="00E64CF8" w:rsidRDefault="00000000">
      <w:pPr>
        <w:spacing w:before="140" w:after="60"/>
      </w:pPr>
      <w:r>
        <w:rPr>
          <w:b/>
          <w:sz w:val="24"/>
        </w:rPr>
        <w:t>DIVERS</w:t>
      </w:r>
    </w:p>
    <w:p w14:paraId="7D45B6C5" w14:textId="76819036" w:rsidR="009262C4" w:rsidRDefault="00000000" w:rsidP="009262C4">
      <w:pPr>
        <w:spacing w:after="40"/>
        <w:ind w:left="227"/>
      </w:pPr>
      <w:r>
        <w:t>• Français : lu ,écrit,pa</w:t>
      </w:r>
      <w:r w:rsidR="009262C4">
        <w:t>rler</w:t>
      </w:r>
    </w:p>
    <w:p w14:paraId="01F24815" w14:textId="40D2727E" w:rsidR="009262C4" w:rsidRDefault="00000000" w:rsidP="009262C4">
      <w:pPr>
        <w:spacing w:after="40"/>
        <w:ind w:left="227"/>
      </w:pPr>
      <w:r>
        <w:t>• INFORMATIQUE :</w:t>
      </w:r>
      <w:r w:rsidR="009262C4">
        <w:t xml:space="preserve"> sage (moyen),</w:t>
      </w:r>
      <w:r>
        <w:t xml:space="preserve"> word</w:t>
      </w:r>
      <w:r w:rsidR="009262C4">
        <w:t xml:space="preserve"> </w:t>
      </w:r>
      <w:r>
        <w:t>(moyen),Excel</w:t>
      </w:r>
      <w:r w:rsidR="009262C4">
        <w:t xml:space="preserve"> </w:t>
      </w:r>
      <w:r>
        <w:t>(moyen)</w:t>
      </w:r>
      <w:r w:rsidR="009262C4">
        <w:t xml:space="preserve"> </w:t>
      </w:r>
    </w:p>
    <w:p w14:paraId="7BAAB706" w14:textId="77777777" w:rsidR="009262C4" w:rsidRDefault="009262C4" w:rsidP="009262C4">
      <w:pPr>
        <w:spacing w:after="40"/>
        <w:ind w:left="227"/>
      </w:pPr>
    </w:p>
    <w:p w14:paraId="59E7B67F" w14:textId="77777777" w:rsidR="009262C4" w:rsidRDefault="009262C4" w:rsidP="009262C4">
      <w:pPr>
        <w:spacing w:after="40"/>
        <w:rPr>
          <w:b/>
          <w:bCs/>
          <w:sz w:val="24"/>
          <w:szCs w:val="24"/>
        </w:rPr>
      </w:pPr>
      <w:r w:rsidRPr="009262C4">
        <w:rPr>
          <w:b/>
          <w:bCs/>
          <w:sz w:val="24"/>
          <w:szCs w:val="24"/>
        </w:rPr>
        <w:t>ORGANISATION DE DOCUMENT</w:t>
      </w:r>
    </w:p>
    <w:p w14:paraId="2ABE5AEF" w14:textId="2D681092" w:rsidR="009262C4" w:rsidRPr="009262C4" w:rsidRDefault="009262C4" w:rsidP="009262C4">
      <w:pPr>
        <w:spacing w:after="40"/>
        <w:rPr>
          <w:b/>
          <w:bCs/>
          <w:sz w:val="24"/>
          <w:szCs w:val="24"/>
        </w:rPr>
      </w:pPr>
      <w:r>
        <w:t xml:space="preserve">  </w:t>
      </w:r>
      <w:r>
        <w:t>•</w:t>
      </w:r>
      <w:r>
        <w:t xml:space="preserve"> Maitrise de photocopieuse </w:t>
      </w:r>
      <w:r w:rsidRPr="009262C4">
        <w:rPr>
          <w:b/>
          <w:bCs/>
          <w:sz w:val="24"/>
          <w:szCs w:val="24"/>
        </w:rPr>
        <w:t xml:space="preserve"> </w:t>
      </w:r>
    </w:p>
    <w:p w14:paraId="490D12C2" w14:textId="77777777" w:rsidR="00E05188" w:rsidRDefault="00E05188">
      <w:pPr>
        <w:spacing w:before="140" w:after="60"/>
        <w:rPr>
          <w:b/>
          <w:sz w:val="24"/>
        </w:rPr>
      </w:pPr>
    </w:p>
    <w:p w14:paraId="29EB6A45" w14:textId="25DA76D2" w:rsidR="00E64CF8" w:rsidRDefault="00000000">
      <w:pPr>
        <w:spacing w:before="140" w:after="60"/>
      </w:pPr>
      <w:r>
        <w:rPr>
          <w:b/>
          <w:sz w:val="24"/>
        </w:rPr>
        <w:t>ATOUTS</w:t>
      </w:r>
    </w:p>
    <w:p w14:paraId="4758A1F9" w14:textId="77777777" w:rsidR="00E64CF8" w:rsidRDefault="00000000">
      <w:pPr>
        <w:ind w:left="227"/>
      </w:pPr>
      <w:r>
        <w:t>• Disponible,Rigoureuse,ponctuelle,Esprit d’équipe</w:t>
      </w:r>
    </w:p>
    <w:p w14:paraId="2E4A9D2F" w14:textId="77777777" w:rsidR="00E64CF8" w:rsidRDefault="00000000">
      <w:pPr>
        <w:spacing w:before="140" w:after="60"/>
      </w:pPr>
      <w:r>
        <w:rPr>
          <w:b/>
          <w:sz w:val="24"/>
        </w:rPr>
        <w:t>REFERENCE</w:t>
      </w:r>
    </w:p>
    <w:p w14:paraId="7F7CD1BD" w14:textId="590AC6FC" w:rsidR="00E64CF8" w:rsidRDefault="00000000">
      <w:r>
        <w:t>Mr CONGO BOSSON</w:t>
      </w:r>
      <w:r w:rsidR="009262C4">
        <w:t>, professeur de fiscalité à la chambre de commerce et de l’industrie 0707889479</w:t>
      </w:r>
    </w:p>
    <w:sectPr w:rsidR="00E64CF8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44A0E4E"/>
    <w:multiLevelType w:val="hybridMultilevel"/>
    <w:tmpl w:val="02DC35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85377"/>
    <w:multiLevelType w:val="hybridMultilevel"/>
    <w:tmpl w:val="9A48676A"/>
    <w:lvl w:ilvl="0" w:tplc="040C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 w16cid:durableId="587811376">
    <w:abstractNumId w:val="8"/>
  </w:num>
  <w:num w:numId="2" w16cid:durableId="2080596155">
    <w:abstractNumId w:val="6"/>
  </w:num>
  <w:num w:numId="3" w16cid:durableId="325325650">
    <w:abstractNumId w:val="5"/>
  </w:num>
  <w:num w:numId="4" w16cid:durableId="942954771">
    <w:abstractNumId w:val="4"/>
  </w:num>
  <w:num w:numId="5" w16cid:durableId="1006980582">
    <w:abstractNumId w:val="7"/>
  </w:num>
  <w:num w:numId="6" w16cid:durableId="342632753">
    <w:abstractNumId w:val="3"/>
  </w:num>
  <w:num w:numId="7" w16cid:durableId="1389912106">
    <w:abstractNumId w:val="2"/>
  </w:num>
  <w:num w:numId="8" w16cid:durableId="870803009">
    <w:abstractNumId w:val="1"/>
  </w:num>
  <w:num w:numId="9" w16cid:durableId="287317171">
    <w:abstractNumId w:val="0"/>
  </w:num>
  <w:num w:numId="10" w16cid:durableId="1101728799">
    <w:abstractNumId w:val="9"/>
  </w:num>
  <w:num w:numId="11" w16cid:durableId="13064716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0BA8"/>
    <w:rsid w:val="0015074B"/>
    <w:rsid w:val="0029639D"/>
    <w:rsid w:val="00326F90"/>
    <w:rsid w:val="003412D4"/>
    <w:rsid w:val="0066361F"/>
    <w:rsid w:val="009262C4"/>
    <w:rsid w:val="00AA1D8D"/>
    <w:rsid w:val="00AB7F82"/>
    <w:rsid w:val="00B47730"/>
    <w:rsid w:val="00C235B6"/>
    <w:rsid w:val="00CB0664"/>
    <w:rsid w:val="00E05188"/>
    <w:rsid w:val="00E64CF8"/>
    <w:rsid w:val="00E820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FA28F5"/>
  <w14:defaultImageDpi w14:val="300"/>
  <w15:docId w15:val="{CD96EEB4-87FE-476E-85F8-4884D999B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150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SINDE DIARRASSOUBA</cp:lastModifiedBy>
  <cp:revision>3</cp:revision>
  <cp:lastPrinted>2026-09-21T15:21:00Z</cp:lastPrinted>
  <dcterms:created xsi:type="dcterms:W3CDTF">2026-09-15T22:59:00Z</dcterms:created>
  <dcterms:modified xsi:type="dcterms:W3CDTF">2026-09-21T15:21:00Z</dcterms:modified>
  <cp:category/>
</cp:coreProperties>
</file>