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BE8C6" w14:textId="044CD36D" w:rsidR="00B12D8C" w:rsidRPr="006136A3" w:rsidRDefault="006136A3" w:rsidP="004400E8">
      <w:pPr>
        <w:spacing w:after="80"/>
        <w:rPr>
          <w:rFonts w:ascii="Times New Roman" w:hAnsi="Times New Roman" w:cs="Times New Roman"/>
          <w:b/>
          <w:bCs/>
          <w:sz w:val="26"/>
          <w:szCs w:val="26"/>
          <w:lang w:val="fr-CI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  <w:lang w:val="fr-CI"/>
        </w:rPr>
        <w:drawing>
          <wp:anchor distT="0" distB="0" distL="114300" distR="114300" simplePos="0" relativeHeight="251657728" behindDoc="1" locked="0" layoutInCell="1" allowOverlap="1" wp14:anchorId="7A706823" wp14:editId="482A33CD">
            <wp:simplePos x="0" y="0"/>
            <wp:positionH relativeFrom="column">
              <wp:posOffset>5179695</wp:posOffset>
            </wp:positionH>
            <wp:positionV relativeFrom="paragraph">
              <wp:posOffset>-511810</wp:posOffset>
            </wp:positionV>
            <wp:extent cx="1428750" cy="1781175"/>
            <wp:effectExtent l="0" t="0" r="0" b="952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19</w:t>
      </w:r>
      <w:r w:rsidR="00000000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/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01</w:t>
      </w:r>
      <w:r w:rsidR="00000000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/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2007</w:t>
      </w:r>
      <w:r w:rsidR="00000000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br/>
        <w:t>Ivoirienne, Célibataire, sans enfant</w:t>
      </w:r>
      <w:r w:rsidR="00000000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br/>
        <w:t xml:space="preserve">Lieu de résidence : 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Yopougon</w:t>
      </w:r>
      <w:r w:rsidR="00000000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br/>
        <w:t xml:space="preserve">Contact : 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>0716995391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 xml:space="preserve"> / 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 xml:space="preserve">0173153743   </w:t>
      </w:r>
      <w:r w:rsidR="00000000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br/>
        <w:t xml:space="preserve">Email : </w:t>
      </w:r>
      <w:r w:rsidR="00D3779C" w:rsidRPr="00370716">
        <w:rPr>
          <w:rFonts w:ascii="Times New Roman" w:hAnsi="Times New Roman" w:cs="Times New Roman"/>
          <w:b/>
          <w:bCs/>
          <w:sz w:val="26"/>
          <w:szCs w:val="26"/>
          <w:lang w:val="fr-CI"/>
        </w:rPr>
        <w:t xml:space="preserve">ebiniesther17@gmail.com  </w:t>
      </w:r>
    </w:p>
    <w:p w14:paraId="297DD15E" w14:textId="6CB7BA1D" w:rsidR="00B12D8C" w:rsidRDefault="00000000" w:rsidP="004400E8">
      <w:pPr>
        <w:spacing w:before="240" w:after="240"/>
        <w:jc w:val="center"/>
        <w:rPr>
          <w:rFonts w:ascii="Times New Roman" w:hAnsi="Times New Roman" w:cs="Times New Roman"/>
          <w:b/>
          <w:color w:val="1B4F72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1B4F72"/>
          <w:sz w:val="26"/>
          <w:szCs w:val="26"/>
          <w:lang w:val="fr-CI"/>
        </w:rPr>
        <w:t>............ PRESENTATION ............</w:t>
      </w:r>
    </w:p>
    <w:p w14:paraId="3058525F" w14:textId="77777777" w:rsidR="00981F1C" w:rsidRPr="00D3779C" w:rsidRDefault="00981F1C" w:rsidP="004400E8">
      <w:pPr>
        <w:spacing w:before="240" w:after="240"/>
        <w:jc w:val="center"/>
        <w:rPr>
          <w:rFonts w:ascii="Times New Roman" w:hAnsi="Times New Roman" w:cs="Times New Roman"/>
          <w:sz w:val="26"/>
          <w:szCs w:val="26"/>
          <w:lang w:val="fr-CI"/>
        </w:rPr>
      </w:pPr>
    </w:p>
    <w:p w14:paraId="5AD5CA07" w14:textId="1EE6A0D8" w:rsidR="00B12D8C" w:rsidRPr="00D3779C" w:rsidRDefault="00000000" w:rsidP="004400E8">
      <w:pPr>
        <w:spacing w:before="280" w:after="120"/>
        <w:jc w:val="both"/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2980B9"/>
          <w:sz w:val="26"/>
          <w:szCs w:val="26"/>
          <w:lang w:val="fr-CI"/>
        </w:rPr>
        <w:t>EXPERIENCE PROFESSIONNELLE</w:t>
      </w:r>
    </w:p>
    <w:p w14:paraId="56B4684D" w14:textId="6EC28580" w:rsidR="00B12D8C" w:rsidRDefault="00D3779C" w:rsidP="004400E8">
      <w:pPr>
        <w:spacing w:after="280"/>
        <w:ind w:left="360"/>
        <w:jc w:val="both"/>
        <w:rPr>
          <w:rFonts w:ascii="Times New Roman" w:hAnsi="Times New Roman" w:cs="Times New Roman"/>
          <w:color w:val="000000"/>
          <w:sz w:val="26"/>
          <w:szCs w:val="26"/>
          <w:lang w:val="fr-CI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  <w:t xml:space="preserve">21 Juillet 2025 – 12 Septembre 2025 </w:t>
      </w:r>
      <w:r w:rsidR="00000000" w:rsidRPr="00D3779C"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  <w:t xml:space="preserve">SUNU ASSURANCE : </w:t>
      </w:r>
      <w:r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Stage d’immersion </w:t>
      </w:r>
    </w:p>
    <w:p w14:paraId="0778D218" w14:textId="08E7D43E" w:rsidR="00D3779C" w:rsidRPr="00D3779C" w:rsidRDefault="00D3779C" w:rsidP="004400E8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fr-CI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  <w:t xml:space="preserve">              </w:t>
      </w:r>
      <w:r w:rsidRPr="00D3779C">
        <w:rPr>
          <w:rFonts w:ascii="Times New Roman" w:hAnsi="Times New Roman" w:cs="Times New Roman"/>
          <w:bCs/>
          <w:color w:val="000000"/>
          <w:sz w:val="26"/>
          <w:szCs w:val="26"/>
          <w:lang w:val="fr-CI"/>
        </w:rPr>
        <w:t xml:space="preserve">Commercialiser les produits d’assurance </w:t>
      </w:r>
    </w:p>
    <w:p w14:paraId="00D866CD" w14:textId="7EC02D77" w:rsidR="00D3779C" w:rsidRDefault="00D3779C" w:rsidP="004400E8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Cs/>
          <w:color w:val="000000"/>
          <w:sz w:val="26"/>
          <w:szCs w:val="26"/>
          <w:lang w:val="fr-CI"/>
        </w:rPr>
        <w:t xml:space="preserve">              Saisir et gérer les contrats clients </w:t>
      </w:r>
    </w:p>
    <w:p w14:paraId="0EF4187D" w14:textId="77777777" w:rsidR="00370716" w:rsidRPr="0005772B" w:rsidRDefault="00370716" w:rsidP="004400E8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fr-CI"/>
        </w:rPr>
      </w:pPr>
    </w:p>
    <w:p w14:paraId="6BF9A274" w14:textId="62DA1D2C" w:rsidR="00370716" w:rsidRPr="00370716" w:rsidRDefault="00000000" w:rsidP="004400E8">
      <w:pPr>
        <w:spacing w:before="280" w:after="120"/>
        <w:jc w:val="both"/>
        <w:rPr>
          <w:rFonts w:ascii="Times New Roman" w:hAnsi="Times New Roman" w:cs="Times New Roman"/>
          <w:b/>
          <w:color w:val="2980B9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2980B9"/>
          <w:sz w:val="26"/>
          <w:szCs w:val="26"/>
          <w:lang w:val="fr-CI"/>
        </w:rPr>
        <w:t>FORMATIONS ET DIPLÔMES</w:t>
      </w:r>
    </w:p>
    <w:p w14:paraId="41B44363" w14:textId="77777777" w:rsidR="0005772B" w:rsidRDefault="00000000" w:rsidP="004400E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CI"/>
        </w:rPr>
      </w:pPr>
      <w:r w:rsidRPr="00D3779C"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  <w:t xml:space="preserve">2026 : </w:t>
      </w:r>
      <w:r w:rsidR="0005772B" w:rsidRPr="00B9328B">
        <w:rPr>
          <w:rFonts w:ascii="Times New Roman" w:hAnsi="Times New Roman" w:cs="Times New Roman"/>
          <w:b/>
          <w:sz w:val="24"/>
          <w:szCs w:val="24"/>
          <w:lang w:val="fr-CI"/>
        </w:rPr>
        <w:t>Brevet de Technicien Supérieur (BTS)</w:t>
      </w:r>
      <w:r w:rsidR="0005772B">
        <w:rPr>
          <w:rFonts w:ascii="Times New Roman" w:hAnsi="Times New Roman" w:cs="Times New Roman"/>
          <w:b/>
          <w:sz w:val="24"/>
          <w:szCs w:val="24"/>
          <w:lang w:val="fr-CI"/>
        </w:rPr>
        <w:t xml:space="preserve"> </w:t>
      </w:r>
      <w:r w:rsidR="0005772B" w:rsidRPr="00B9328B">
        <w:rPr>
          <w:rFonts w:ascii="Times New Roman" w:hAnsi="Times New Roman" w:cs="Times New Roman"/>
          <w:sz w:val="24"/>
          <w:szCs w:val="24"/>
          <w:lang w:val="fr-CI"/>
        </w:rPr>
        <w:t xml:space="preserve">Option : Finances, Comptabilité et Gestion </w:t>
      </w:r>
      <w:r w:rsidR="0005772B" w:rsidRPr="00B9328B">
        <w:rPr>
          <w:rFonts w:ascii="Times New Roman" w:hAnsi="Times New Roman" w:cs="Times New Roman"/>
          <w:sz w:val="24"/>
          <w:szCs w:val="24"/>
          <w:lang w:val="fr-CI"/>
        </w:rPr>
        <w:t xml:space="preserve">des </w:t>
      </w:r>
    </w:p>
    <w:p w14:paraId="074580EA" w14:textId="22DD3747" w:rsidR="0005772B" w:rsidRPr="0005772B" w:rsidRDefault="0005772B" w:rsidP="004400E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CI"/>
        </w:rPr>
      </w:pPr>
      <w:r>
        <w:rPr>
          <w:rFonts w:ascii="Times New Roman" w:hAnsi="Times New Roman" w:cs="Times New Roman"/>
          <w:sz w:val="24"/>
          <w:szCs w:val="24"/>
          <w:lang w:val="fr-CI"/>
        </w:rPr>
        <w:t xml:space="preserve">             Entreprises</w:t>
      </w:r>
    </w:p>
    <w:p w14:paraId="55307874" w14:textId="1B9E50B3" w:rsidR="0005772B" w:rsidRPr="00B9328B" w:rsidRDefault="00000000" w:rsidP="004400E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CI"/>
        </w:rPr>
      </w:pPr>
      <w:r w:rsidRPr="0005772B">
        <w:rPr>
          <w:rFonts w:ascii="Times New Roman" w:hAnsi="Times New Roman" w:cs="Times New Roman"/>
          <w:color w:val="808080"/>
          <w:sz w:val="26"/>
          <w:szCs w:val="26"/>
          <w:lang w:val="fr-CI"/>
        </w:rPr>
        <w:t>(</w:t>
      </w:r>
      <w:r w:rsidR="0005772B" w:rsidRPr="00B9328B">
        <w:rPr>
          <w:rFonts w:ascii="Times New Roman" w:hAnsi="Times New Roman" w:cs="Times New Roman"/>
          <w:sz w:val="24"/>
          <w:szCs w:val="24"/>
          <w:lang w:val="fr-CI"/>
        </w:rPr>
        <w:t>École Pratique de la Chambre de Commerce et d’Industrie (EPCCI) – Plateau</w:t>
      </w:r>
      <w:r w:rsidR="0005772B">
        <w:rPr>
          <w:rFonts w:ascii="Times New Roman" w:hAnsi="Times New Roman" w:cs="Times New Roman"/>
          <w:sz w:val="24"/>
          <w:szCs w:val="24"/>
          <w:lang w:val="fr-CI"/>
        </w:rPr>
        <w:t>)</w:t>
      </w:r>
    </w:p>
    <w:p w14:paraId="379D9148" w14:textId="30BE4E15" w:rsidR="0005772B" w:rsidRDefault="0005772B" w:rsidP="004400E8">
      <w:pPr>
        <w:pStyle w:val="Listepuces"/>
        <w:numPr>
          <w:ilvl w:val="0"/>
          <w:numId w:val="0"/>
        </w:numPr>
        <w:spacing w:after="280"/>
        <w:ind w:left="360" w:hanging="36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</w:pPr>
      <w:r w:rsidRPr="00B013E0">
        <w:rPr>
          <w:rFonts w:ascii="Times New Roman" w:hAnsi="Times New Roman" w:cs="Times New Roman"/>
          <w:b/>
          <w:bCs/>
          <w:i/>
          <w:iCs/>
          <w:sz w:val="24"/>
          <w:szCs w:val="24"/>
          <w:lang w:val="fr-CI"/>
        </w:rPr>
        <w:t>ADMISSIBLE – En attente de soutenance</w:t>
      </w:r>
      <w:r w:rsidRPr="0005772B"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  <w:t xml:space="preserve"> </w:t>
      </w:r>
    </w:p>
    <w:p w14:paraId="1E02ABE5" w14:textId="13A57CE1" w:rsidR="00B12D8C" w:rsidRDefault="00000000" w:rsidP="004400E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fr-CI"/>
        </w:rPr>
      </w:pPr>
      <w:r w:rsidRPr="0005772B">
        <w:rPr>
          <w:rFonts w:ascii="Times New Roman" w:hAnsi="Times New Roman" w:cs="Times New Roman"/>
          <w:b/>
          <w:color w:val="000000"/>
          <w:sz w:val="26"/>
          <w:szCs w:val="26"/>
          <w:lang w:val="fr-CI"/>
        </w:rPr>
        <w:t xml:space="preserve">2024 : </w:t>
      </w:r>
      <w:r w:rsidR="0005772B" w:rsidRPr="00E3335A">
        <w:rPr>
          <w:rFonts w:ascii="Times New Roman" w:hAnsi="Times New Roman" w:cs="Times New Roman"/>
          <w:b/>
          <w:sz w:val="24"/>
          <w:szCs w:val="24"/>
          <w:lang w:val="fr-CI"/>
        </w:rPr>
        <w:t>Baccalauréat – Série D</w:t>
      </w:r>
      <w:r w:rsidR="0005772B">
        <w:rPr>
          <w:rFonts w:ascii="Times New Roman" w:hAnsi="Times New Roman" w:cs="Times New Roman"/>
          <w:b/>
          <w:sz w:val="24"/>
          <w:szCs w:val="24"/>
          <w:lang w:val="fr-CI"/>
        </w:rPr>
        <w:t xml:space="preserve"> au </w:t>
      </w:r>
      <w:r w:rsidR="0005772B" w:rsidRPr="0005772B">
        <w:rPr>
          <w:rFonts w:ascii="Times New Roman" w:hAnsi="Times New Roman" w:cs="Times New Roman"/>
          <w:b/>
          <w:bCs/>
          <w:sz w:val="24"/>
          <w:szCs w:val="24"/>
          <w:lang w:val="fr-CI"/>
        </w:rPr>
        <w:t>Lycée Moderne de Jeunes Filles de Yopougon</w:t>
      </w:r>
    </w:p>
    <w:p w14:paraId="6B845FCF" w14:textId="77777777" w:rsidR="00370716" w:rsidRPr="0005772B" w:rsidRDefault="00370716" w:rsidP="004400E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CI"/>
        </w:rPr>
      </w:pPr>
    </w:p>
    <w:p w14:paraId="6789380C" w14:textId="77777777" w:rsidR="00B12D8C" w:rsidRPr="00D3779C" w:rsidRDefault="00000000" w:rsidP="004400E8">
      <w:pPr>
        <w:spacing w:before="280" w:after="120"/>
        <w:jc w:val="both"/>
        <w:rPr>
          <w:rFonts w:ascii="Times New Roman" w:hAnsi="Times New Roman" w:cs="Times New Roman"/>
          <w:sz w:val="26"/>
          <w:szCs w:val="26"/>
        </w:rPr>
      </w:pPr>
      <w:r w:rsidRPr="00D3779C">
        <w:rPr>
          <w:rFonts w:ascii="Times New Roman" w:hAnsi="Times New Roman" w:cs="Times New Roman"/>
          <w:b/>
          <w:color w:val="2980B9"/>
          <w:sz w:val="26"/>
          <w:szCs w:val="26"/>
        </w:rPr>
        <w:t>AUTRES INFORMATIONS</w:t>
      </w:r>
    </w:p>
    <w:p w14:paraId="1638059F" w14:textId="77777777" w:rsidR="00B12D8C" w:rsidRPr="00D3779C" w:rsidRDefault="00000000" w:rsidP="004400E8">
      <w:pPr>
        <w:pStyle w:val="Listepuces"/>
        <w:spacing w:after="80"/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fr-CI"/>
        </w:rPr>
        <w:t>Informatique</w:t>
      </w:r>
      <w:r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 : Word (Maîtrise du traitement de texte, saisie rapide), Excel (Maîtrise des bases)</w:t>
      </w:r>
    </w:p>
    <w:p w14:paraId="7E3C4F64" w14:textId="5EACF982" w:rsidR="00B12D8C" w:rsidRPr="00D3779C" w:rsidRDefault="00000000" w:rsidP="004400E8">
      <w:pPr>
        <w:spacing w:after="120"/>
        <w:ind w:left="720"/>
        <w:jc w:val="both"/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i/>
          <w:color w:val="000000"/>
          <w:sz w:val="26"/>
          <w:szCs w:val="26"/>
          <w:lang w:val="fr-CI"/>
        </w:rPr>
        <w:t>Initiation à l'intelligence artificielle</w:t>
      </w:r>
      <w:r w:rsidR="004400E8">
        <w:rPr>
          <w:rFonts w:ascii="Times New Roman" w:hAnsi="Times New Roman" w:cs="Times New Roman"/>
          <w:i/>
          <w:color w:val="000000"/>
          <w:sz w:val="26"/>
          <w:szCs w:val="26"/>
          <w:lang w:val="fr-CI"/>
        </w:rPr>
        <w:t xml:space="preserve"> en autodidacte </w:t>
      </w:r>
    </w:p>
    <w:p w14:paraId="6ABEBD17" w14:textId="77777777" w:rsidR="00B12D8C" w:rsidRPr="00370716" w:rsidRDefault="00000000" w:rsidP="004400E8">
      <w:pPr>
        <w:pStyle w:val="Listepuces"/>
        <w:spacing w:after="80"/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fr-CI"/>
        </w:rPr>
        <w:t>Langues</w:t>
      </w:r>
      <w:r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 : Français : Bonne expression verbale et écrite</w:t>
      </w:r>
      <w:r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br/>
        <w:t xml:space="preserve">                 Anglais : Lu, écrit (niveau débutant)</w:t>
      </w:r>
    </w:p>
    <w:p w14:paraId="4E0F55E1" w14:textId="77777777" w:rsidR="00370716" w:rsidRPr="00D3779C" w:rsidRDefault="00370716" w:rsidP="00370716">
      <w:pPr>
        <w:pStyle w:val="Listepuces"/>
        <w:numPr>
          <w:ilvl w:val="0"/>
          <w:numId w:val="0"/>
        </w:numPr>
        <w:spacing w:after="80"/>
        <w:ind w:left="360"/>
        <w:rPr>
          <w:rFonts w:ascii="Times New Roman" w:hAnsi="Times New Roman" w:cs="Times New Roman"/>
          <w:sz w:val="26"/>
          <w:szCs w:val="26"/>
          <w:lang w:val="fr-CI"/>
        </w:rPr>
      </w:pPr>
    </w:p>
    <w:p w14:paraId="32690EAC" w14:textId="1DF0A568" w:rsidR="00B12D8C" w:rsidRPr="00370716" w:rsidRDefault="00000000" w:rsidP="004400E8">
      <w:pPr>
        <w:pStyle w:val="Listepuces"/>
        <w:spacing w:after="80"/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fr-CI"/>
        </w:rPr>
        <w:t>Atouts</w:t>
      </w:r>
      <w:r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 : Consciencieuse, Assidue, Dynamique, Respectueuse, Travailleuse et courageuse</w:t>
      </w:r>
      <w:r w:rsidR="004400E8">
        <w:rPr>
          <w:rFonts w:ascii="Times New Roman" w:hAnsi="Times New Roman" w:cs="Times New Roman"/>
          <w:color w:val="000000"/>
          <w:sz w:val="26"/>
          <w:szCs w:val="26"/>
          <w:lang w:val="fr-CI"/>
        </w:rPr>
        <w:t>.</w:t>
      </w:r>
    </w:p>
    <w:p w14:paraId="0712DD8B" w14:textId="77777777" w:rsidR="00370716" w:rsidRPr="00D3779C" w:rsidRDefault="00370716" w:rsidP="00370716">
      <w:pPr>
        <w:pStyle w:val="Listepuces"/>
        <w:numPr>
          <w:ilvl w:val="0"/>
          <w:numId w:val="0"/>
        </w:numPr>
        <w:spacing w:after="80"/>
        <w:ind w:left="360"/>
        <w:rPr>
          <w:rFonts w:ascii="Times New Roman" w:hAnsi="Times New Roman" w:cs="Times New Roman"/>
          <w:sz w:val="26"/>
          <w:szCs w:val="26"/>
          <w:lang w:val="fr-CI"/>
        </w:rPr>
      </w:pPr>
    </w:p>
    <w:p w14:paraId="0364A4DE" w14:textId="1114788C" w:rsidR="00B12D8C" w:rsidRPr="00370716" w:rsidRDefault="00000000" w:rsidP="004400E8">
      <w:pPr>
        <w:pStyle w:val="Listepuces"/>
        <w:spacing w:after="480"/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color w:val="000000"/>
          <w:sz w:val="26"/>
          <w:szCs w:val="26"/>
          <w:u w:val="single"/>
          <w:lang w:val="fr-CI"/>
        </w:rPr>
        <w:t>Loisirs</w:t>
      </w:r>
      <w:r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 : lecture </w:t>
      </w:r>
      <w:r w:rsidR="00370716"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>d’œuvre</w:t>
      </w:r>
      <w:r w:rsidR="004400E8"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 </w:t>
      </w:r>
      <w:r w:rsidR="00370716">
        <w:rPr>
          <w:rFonts w:ascii="Times New Roman" w:hAnsi="Times New Roman" w:cs="Times New Roman"/>
          <w:color w:val="000000"/>
          <w:sz w:val="26"/>
          <w:szCs w:val="26"/>
          <w:lang w:val="fr-CI"/>
        </w:rPr>
        <w:t>romanesque</w:t>
      </w:r>
      <w:r w:rsidR="00370716"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>,</w:t>
      </w:r>
      <w:r w:rsidR="00370716">
        <w:rPr>
          <w:rFonts w:ascii="Times New Roman" w:hAnsi="Times New Roman" w:cs="Times New Roman"/>
          <w:color w:val="000000"/>
          <w:sz w:val="26"/>
          <w:szCs w:val="26"/>
          <w:lang w:val="fr-CI"/>
        </w:rPr>
        <w:t xml:space="preserve"> </w:t>
      </w:r>
      <w:r w:rsidRPr="00D3779C">
        <w:rPr>
          <w:rFonts w:ascii="Times New Roman" w:hAnsi="Times New Roman" w:cs="Times New Roman"/>
          <w:color w:val="000000"/>
          <w:sz w:val="26"/>
          <w:szCs w:val="26"/>
          <w:lang w:val="fr-CI"/>
        </w:rPr>
        <w:t>voyage de découverte.</w:t>
      </w:r>
    </w:p>
    <w:p w14:paraId="152121DF" w14:textId="77777777" w:rsidR="00370716" w:rsidRPr="00D3779C" w:rsidRDefault="00370716" w:rsidP="00370716">
      <w:pPr>
        <w:pStyle w:val="Listepuces"/>
        <w:numPr>
          <w:ilvl w:val="0"/>
          <w:numId w:val="0"/>
        </w:numPr>
        <w:spacing w:after="480"/>
        <w:ind w:left="360"/>
        <w:rPr>
          <w:rFonts w:ascii="Times New Roman" w:hAnsi="Times New Roman" w:cs="Times New Roman"/>
          <w:sz w:val="26"/>
          <w:szCs w:val="26"/>
          <w:lang w:val="fr-CI"/>
        </w:rPr>
      </w:pPr>
    </w:p>
    <w:p w14:paraId="47159DF5" w14:textId="1C48CE30" w:rsidR="00B12D8C" w:rsidRPr="00D3779C" w:rsidRDefault="00000000" w:rsidP="004400E8">
      <w:pPr>
        <w:rPr>
          <w:rFonts w:ascii="Times New Roman" w:hAnsi="Times New Roman" w:cs="Times New Roman"/>
          <w:sz w:val="26"/>
          <w:szCs w:val="26"/>
          <w:lang w:val="fr-CI"/>
        </w:rPr>
      </w:pPr>
      <w:r w:rsidRPr="00D3779C">
        <w:rPr>
          <w:rFonts w:ascii="Times New Roman" w:hAnsi="Times New Roman" w:cs="Times New Roman"/>
          <w:b/>
          <w:i/>
          <w:color w:val="000000"/>
          <w:sz w:val="26"/>
          <w:szCs w:val="26"/>
          <w:lang w:val="fr-CI"/>
        </w:rPr>
        <w:t xml:space="preserve">Référence : </w:t>
      </w:r>
      <w:r w:rsidR="00370716">
        <w:rPr>
          <w:rFonts w:ascii="Times New Roman" w:hAnsi="Times New Roman" w:cs="Times New Roman"/>
          <w:b/>
          <w:i/>
          <w:color w:val="000000"/>
          <w:sz w:val="26"/>
          <w:szCs w:val="26"/>
          <w:lang w:val="fr-CI"/>
        </w:rPr>
        <w:t xml:space="preserve">Madame N’GUESSAN </w:t>
      </w:r>
      <w:proofErr w:type="spellStart"/>
      <w:r w:rsidR="00370716">
        <w:rPr>
          <w:rFonts w:ascii="Times New Roman" w:hAnsi="Times New Roman" w:cs="Times New Roman"/>
          <w:b/>
          <w:i/>
          <w:color w:val="000000"/>
          <w:sz w:val="26"/>
          <w:szCs w:val="26"/>
          <w:lang w:val="fr-CI"/>
        </w:rPr>
        <w:t>Lebo</w:t>
      </w:r>
      <w:proofErr w:type="spellEnd"/>
      <w:r w:rsidR="00370716">
        <w:rPr>
          <w:rFonts w:ascii="Times New Roman" w:hAnsi="Times New Roman" w:cs="Times New Roman"/>
          <w:b/>
          <w:i/>
          <w:color w:val="000000"/>
          <w:sz w:val="26"/>
          <w:szCs w:val="26"/>
          <w:lang w:val="fr-CI"/>
        </w:rPr>
        <w:t>, Formateur en comptabilité à l’EPCCI, 05 05 78 89 56</w:t>
      </w:r>
    </w:p>
    <w:sectPr w:rsidR="00B12D8C" w:rsidRPr="00D3779C" w:rsidSect="004400E8">
      <w:pgSz w:w="12240" w:h="15840"/>
      <w:pgMar w:top="851" w:right="616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1299340">
    <w:abstractNumId w:val="8"/>
  </w:num>
  <w:num w:numId="2" w16cid:durableId="1178351156">
    <w:abstractNumId w:val="6"/>
  </w:num>
  <w:num w:numId="3" w16cid:durableId="1505824806">
    <w:abstractNumId w:val="5"/>
  </w:num>
  <w:num w:numId="4" w16cid:durableId="1893035501">
    <w:abstractNumId w:val="4"/>
  </w:num>
  <w:num w:numId="5" w16cid:durableId="657659687">
    <w:abstractNumId w:val="7"/>
  </w:num>
  <w:num w:numId="6" w16cid:durableId="785583994">
    <w:abstractNumId w:val="3"/>
  </w:num>
  <w:num w:numId="7" w16cid:durableId="2007395851">
    <w:abstractNumId w:val="2"/>
  </w:num>
  <w:num w:numId="8" w16cid:durableId="143937646">
    <w:abstractNumId w:val="1"/>
  </w:num>
  <w:num w:numId="9" w16cid:durableId="1953587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72B"/>
    <w:rsid w:val="0006063C"/>
    <w:rsid w:val="0015074B"/>
    <w:rsid w:val="0029639D"/>
    <w:rsid w:val="00326F90"/>
    <w:rsid w:val="00370716"/>
    <w:rsid w:val="004400E8"/>
    <w:rsid w:val="006136A3"/>
    <w:rsid w:val="008C5D6B"/>
    <w:rsid w:val="00981F1C"/>
    <w:rsid w:val="00AA1D8D"/>
    <w:rsid w:val="00B12D8C"/>
    <w:rsid w:val="00B47730"/>
    <w:rsid w:val="00CB0664"/>
    <w:rsid w:val="00D377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4887C"/>
  <w14:defaultImageDpi w14:val="300"/>
  <w15:docId w15:val="{59576847-26BD-4290-947E-8279D321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D3779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7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GAMERS i7</cp:lastModifiedBy>
  <cp:revision>3</cp:revision>
  <dcterms:created xsi:type="dcterms:W3CDTF">2026-09-22T19:40:00Z</dcterms:created>
  <dcterms:modified xsi:type="dcterms:W3CDTF">2026-09-22T19:41:00Z</dcterms:modified>
  <cp:category/>
</cp:coreProperties>
</file>